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חידוני אלבום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רבדי השאלות בחידונים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סיפורי משפחה וחפצים מורשים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שאלות ברבדים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הרבדים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איתור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הערכה וביקורת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הבעה ויצירתיות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פרשנות והיקש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ארבעה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שלכל סיפור יש שאלות ועוד שאלת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רובד הערכה מבקש דעה ושיפוט, לא רק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מופיעים ארבעה חפצים וסיפורים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לשעון הישן יש שמונה שאלות ועוד שאלת 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פרשנות והיקש היא הבנה מעבר לכתוב במפורש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היקש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יצירתיות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מחסן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סיפור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(חפץ זמן שעבר במשפחה)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(אוכל ומסורת מהמטבח המשפחתי)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(חפץ ישן שמסתיר זיכרון נשכח)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(משמעות וסיפור מאחורי שם פרטי)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רבדים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איתור מידע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פרשנות והיקש על מה שלא נכתב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הערכה וביקורת - גיבוש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הבעה ויצירתיות - כתיבה או יצירה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כותב שתי שאלות ברורות, אחת עובדתית ואחת שמבקשת דעה מנומקת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קצר של חפץ, מי נתן אותו ומה מיוחד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 קצר על מקור השם או הסיבה לבחירתו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איתור מידע, פרשנות והיקש, הערכה וביקורת, הבעה ויצירתיות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שמבקשת הבנה מעבר לכתוב, לא עובדה ישירה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שעון ישן, מחברת מתכונים, מזוודה מהמחסן, סוד בשם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תלמידים לקבוצות לפי הסיפורים ולתרגל רובד אחד בכל פעם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שיתוף סיפורים אישיים מהבית בחלק הפתוח בזהירות ורגישות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בטבלת ההתאמה כהקדמה לפני קריאת הסיפורים 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חידוני אלבום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ארבעה סיפורי משפחה ולכל אחד חידון עם שאלות בארבעה רבדים: איתור מידע, פרשנות, הערכה והבעה יצירתית.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הרבדים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שאלה ששואלת 'מה היה כתוב בפתק שבתוך השעון' שייכת לרובד...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הבעה ויצירתיות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שאלה ששואלת 'האם לדעתך נכון לשמור חפצים ישנים' שייכת לרובד...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פרשנות והיקש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הבעה ויצירתיות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שאלה ששואלת 'כתבו סוף חדש לסיפור' שייכת לרובד...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הבעה ויצירתיות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שאלה ששואלת 'למה לדעתכם הסבתא שמרה את המחברת כל כך הרבה שנים' שייכת לרובד...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איתור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פרשנות והיקש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הבעה ויצירתיות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הערכה וביקורת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רבדים יש בכל חידון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סיפור יש גם שאלת יצירה בסוף החידון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רובד ההערכה מבקש למצוא עובדה מדויקת מהטקסט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באתר ארבעה סיפורי משפחה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לסיפור על השעון הישן יש שבע שאלות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רובד הפרשנות עוסק בהיקש והבנה מעבר למילים הכתובות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הרובד הראשון בחידון נקרא __________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הרובד השני בחידון נקרא פרשנות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הרובד השלישי בחידון נקרא הערכה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הרובד הרביעי בחידון נקרא הבעה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הסיפור על המחברת עוסק במתכונים של __________ זוהרה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אחד הסיפורים עוסק במזוודה שנמצאה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סיפור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הסיפור שמאחורי השעון הישן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חפץ ישן שמסתיר זיכרון נשכח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מחברת המתכונים של סבתא זוהרה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משמעות וסיפור מאחורי שם פרטי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המזוודה מהמחסן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אוכל ומסורת מהמטבח המשפחתי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הסוד שבשם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חפץ זמן שעבר במשפחה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רבדים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הבעה ויצירתיות - כתיבה או יצירה חדשה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הערכה וביקורת - גיבוש דעה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איתור מידע מהסיפור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פרשנות והיקש על מה שלא נכתב במפורש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מארבעת הסיפורים באתר וכתבו שאלת איתור מידע ושאלת הערכה הקשורות אליו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בקצרה על חפץ משפחתי שיש בביתכם ומה הסיפור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משמעות יש לשם הפרטי שלכם? ספרו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הרבדים של השאלות בחידון?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לשאלת פרשנות והיקש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 אילו ארבעה נושאים מספרים הסיפורים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חידוני אלבום המשפחה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