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חידוני אלבום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רבדי השאלות בחידונים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סיפורי משפחה וחפצים מורשים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שאלות ברבדים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הרבדים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הערכה וביקורת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הבעה ויצירתיות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שלכל סיפור יש שאלות ועוד שאלת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רובד הערכה מבקש דעה ושיפוט, לא רק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מופיעים ארבעה חפצים וסיפורים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יצירתיות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סיפור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(חפץ זמן שעבר במשפחה)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(אוכל ומסורת מהמטבח המשפחתי)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(חפץ ישן שמסתיר זיכרון נשכח)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(משמעות וסיפור מאחורי שם פרטי)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רבדים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איתור מידע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פרשנות והיקש על מה שלא נכתב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הערכה וביקורת - גיבוש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הבעה ויצירתיות - כתיבה או יצירה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כותב שתי שאלות ברורות, אחת עובדתית ואחת שמבקשת דעה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קצר על מקור השם או הסיבה לבחירתו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 מידע, פרשנות והיקש, הערכה וביקורת, הבעה ויצירתיות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שמבקשת הבנה מעבר לכתוב, לא עובדה ישירה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שעון ישן, מחברת מתכונים, מזוודה מהמחסן, סוד בשם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תלמידים לקבוצות לפי הסיפורים ולתרגל רובד אחד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סיפורים אישיים מהבית בחלק הפתוח בזהירות ורגישות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בטבלת ההתאמה כהקדמה לפני קריאת הסיפורים 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חידוני אלבום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יש ארבעה סיפורי משפחה ולכל אחד חידון עם שאלות בארבעה רבדים: איתור מידע, פרשנות, הערכה והבעה יצירתית.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איתור  ·  יצירתיות  ·  היקש  ·  ביקורת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הרבדים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שאלה ששואלת 'מה היה כתוב בפתק שבתוך השעון' שייכת לרובד...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הבעה ויצירתיות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שאלה ששואלת 'האם לדעתך נכון לשמור חפצים ישנים' שייכת לרובד...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פרשנות והיקש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שאלה ששואלת 'כתבו סוף חדש לסיפור' שייכת לרובד...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פרשנות והיקש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הבעה ויצירתיות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סיפור יש גם שאלת יצירה בסוף החידון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רובד ההערכה מבקש למצוא עובדה מדויקת מהטקסט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באתר ארבעה סיפורי משפחה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הרובד הראשון בחידון נקרא __________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הרובד השני בחידון נקרא פרשנות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הרובד השלישי בחידון נקרא הערכה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הרובד הרביעי בחידון נקרא הבעה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סיפור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הסיפור שמאחורי השעון הישן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אוכל ומסורת מהמטבח המשפחתי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מחברת המתכונים של סבתא זוהרה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חפץ זמן שעבר במשפחה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המזוודה מהמחסן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משמעות וסיפור מאחורי שם פרטי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הסוד שבשם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חפץ ישן שמסתיר זיכרון נשכח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רבדים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פרשנות והיקש על מה שלא נכתב במפורש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הבעה ויצירתיות - כתיבה או יצירה 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איתור מידע מהסיפור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הערכה וביקורת - גיבוש 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מארבעת הסיפורים באתר וכתבו שאלת איתור מידע ושאלת הערכה הקשורות אליו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משמעות יש לשם הפרטי שלכם? ספרו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הרבדים של השאלות בחידון?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לשאלת פרשנות והיקש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חידוני אלבום המשפחה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